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5C5D" w14:textId="6B722A91" w:rsidR="001141EF" w:rsidRPr="006C2C24" w:rsidRDefault="00000000" w:rsidP="006C2C24">
      <w:pPr>
        <w:spacing w:before="160"/>
        <w:jc w:val="center"/>
        <w:rPr>
          <w:lang w:val="es-PE"/>
        </w:rPr>
      </w:pPr>
      <w:r w:rsidRPr="006C2C24">
        <w:rPr>
          <w:b/>
          <w:lang w:val="es-PE"/>
        </w:rPr>
        <w:t>TÍTULO DEL ARTÍCULO</w:t>
      </w:r>
    </w:p>
    <w:p w14:paraId="28FB42E3" w14:textId="3F72264F" w:rsidR="001141EF" w:rsidRPr="006C2C24" w:rsidRDefault="00000000" w:rsidP="006C2C24">
      <w:pPr>
        <w:jc w:val="center"/>
        <w:rPr>
          <w:lang w:val="es-PE"/>
        </w:rPr>
      </w:pPr>
      <w:r w:rsidRPr="006C2C24">
        <w:rPr>
          <w:lang w:val="es-PE"/>
        </w:rPr>
        <w:t>[Título completo en español]</w:t>
      </w:r>
      <w:r w:rsidR="006C2C24">
        <w:rPr>
          <w:lang w:val="es-PE"/>
        </w:rPr>
        <w:t xml:space="preserve"> letra 14</w:t>
      </w:r>
    </w:p>
    <w:p w14:paraId="5AB7FE25" w14:textId="50378C70" w:rsidR="001141EF" w:rsidRDefault="00000000">
      <w:pPr>
        <w:spacing w:before="160"/>
      </w:pPr>
      <w:r>
        <w:rPr>
          <w:b/>
        </w:rPr>
        <w:t>AUTORES Y FILIACIÓN</w:t>
      </w:r>
    </w:p>
    <w:p w14:paraId="5F9DBB9D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[Nombre Apellido Apellido]¹*, [Nombre Apellido Apellido]², [Nombre Apellido Apellido]³</w:t>
      </w:r>
    </w:p>
    <w:p w14:paraId="41335EA3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¹ [Cargo/posición académica], [Facultad/Departamento], [Universidad/Institución], [Ciudad], [País]. Correo: [correo institucional]. ORCID: [ORCID]</w:t>
      </w:r>
    </w:p>
    <w:p w14:paraId="6AC25C91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² [Cargo/posición académica], [Facultad/Departamento], [Universidad/Institución], [Ciudad], [País]. Correo: [correo institucional]. ORCID: [ORCID]</w:t>
      </w:r>
    </w:p>
    <w:p w14:paraId="3D662036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³ [Cargo/posición académica], [Facultad/Departamento], [Universidad/Institución], [Ciudad], [País]. Correo: [correo institucional]. ORCID: [ORCID]</w:t>
      </w:r>
    </w:p>
    <w:p w14:paraId="11EE82EC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* Autor/a de correspondencia: [correo electrónico]</w:t>
      </w:r>
    </w:p>
    <w:p w14:paraId="06216045" w14:textId="42EE39B8" w:rsidR="001141EF" w:rsidRPr="006C2C24" w:rsidRDefault="00000000">
      <w:pPr>
        <w:spacing w:before="160"/>
        <w:rPr>
          <w:lang w:val="es-PE"/>
        </w:rPr>
      </w:pPr>
      <w:r w:rsidRPr="006C2C24">
        <w:rPr>
          <w:b/>
          <w:lang w:val="es-PE"/>
        </w:rPr>
        <w:t>RESUMEN</w:t>
      </w:r>
    </w:p>
    <w:p w14:paraId="4976E3F3" w14:textId="0F0E8A88" w:rsidR="001141EF" w:rsidRPr="006C2C24" w:rsidRDefault="00000000">
      <w:pPr>
        <w:rPr>
          <w:lang w:val="es-PE"/>
        </w:rPr>
      </w:pPr>
      <w:r w:rsidRPr="006C2C24">
        <w:rPr>
          <w:lang w:val="es-PE"/>
        </w:rPr>
        <w:t>[Extensión sugerida: hasta 500 palabras]</w:t>
      </w:r>
    </w:p>
    <w:p w14:paraId="7113B38C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El resumen debe ser autónomo, claro y conciso. Se recomienda estructurarlo en un solo párrafo e integrar, sin necesariamente utilizar subtítulos, los siguientes elementos:</w:t>
      </w:r>
    </w:p>
    <w:p w14:paraId="1BDBECA2" w14:textId="77777777" w:rsidR="001141EF" w:rsidRPr="006C2C24" w:rsidRDefault="00000000">
      <w:pPr>
        <w:pStyle w:val="Listaconvietas"/>
        <w:rPr>
          <w:lang w:val="es-PE"/>
        </w:rPr>
      </w:pPr>
      <w:r w:rsidRPr="006C2C24">
        <w:rPr>
          <w:lang w:val="es-PE"/>
        </w:rPr>
        <w:t>Contexto y problema: breve presentación del fenómeno o problema de investigación y su relevancia.</w:t>
      </w:r>
    </w:p>
    <w:p w14:paraId="5F11D68B" w14:textId="77777777" w:rsidR="001141EF" w:rsidRPr="006C2C24" w:rsidRDefault="00000000">
      <w:pPr>
        <w:pStyle w:val="Listaconvietas"/>
        <w:rPr>
          <w:lang w:val="es-PE"/>
        </w:rPr>
      </w:pPr>
      <w:r w:rsidRPr="006C2C24">
        <w:rPr>
          <w:lang w:val="es-PE"/>
        </w:rPr>
        <w:t>Objetivo: propósito principal del estudio y, cuando corresponda, pregunta o alcance de investigación.</w:t>
      </w:r>
    </w:p>
    <w:p w14:paraId="4A608E94" w14:textId="77777777" w:rsidR="001141EF" w:rsidRPr="006C2C24" w:rsidRDefault="00000000">
      <w:pPr>
        <w:pStyle w:val="Listaconvietas"/>
        <w:rPr>
          <w:lang w:val="es-PE"/>
        </w:rPr>
      </w:pPr>
      <w:r w:rsidRPr="006C2C24">
        <w:rPr>
          <w:lang w:val="es-PE"/>
        </w:rPr>
        <w:t>Método: enfoque, diseño, muestra/corpus, técnicas de recolección y principales procedimientos de análisis.</w:t>
      </w:r>
    </w:p>
    <w:p w14:paraId="754A95CF" w14:textId="77777777" w:rsidR="001141EF" w:rsidRPr="006C2C24" w:rsidRDefault="00000000">
      <w:pPr>
        <w:pStyle w:val="Listaconvietas"/>
        <w:rPr>
          <w:lang w:val="es-PE"/>
        </w:rPr>
      </w:pPr>
      <w:r w:rsidRPr="006C2C24">
        <w:rPr>
          <w:lang w:val="es-PE"/>
        </w:rPr>
        <w:t>Resultados: hallazgos principales y evidencia más relevante; evitar afirmaciones generales que no estén sustentadas.</w:t>
      </w:r>
    </w:p>
    <w:p w14:paraId="4962226E" w14:textId="77777777" w:rsidR="001141EF" w:rsidRPr="006C2C24" w:rsidRDefault="00000000">
      <w:pPr>
        <w:pStyle w:val="Listaconvietas"/>
        <w:rPr>
          <w:lang w:val="es-PE"/>
        </w:rPr>
      </w:pPr>
      <w:r w:rsidRPr="006C2C24">
        <w:rPr>
          <w:lang w:val="es-PE"/>
        </w:rPr>
        <w:t>Conclusiones e implicaciones: principal aporte del estudio, contribución teórica/metodológica/práctica e implicaciones para la disciplina.</w:t>
      </w:r>
    </w:p>
    <w:p w14:paraId="54CFB618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Resumen (máximo recomendado: 500 palabras):</w:t>
      </w:r>
    </w:p>
    <w:p w14:paraId="3F899248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[Escribir aquí el resumen definitivo, integrando contexto/problema, objetivo, método, resultados y conclusiones/implicaciones.]</w:t>
      </w:r>
    </w:p>
    <w:p w14:paraId="1BBDACA6" w14:textId="1F649E75" w:rsidR="001141EF" w:rsidRPr="006C2C24" w:rsidRDefault="00000000">
      <w:pPr>
        <w:spacing w:before="160"/>
        <w:rPr>
          <w:lang w:val="es-PE"/>
        </w:rPr>
      </w:pPr>
      <w:r w:rsidRPr="006C2C24">
        <w:rPr>
          <w:b/>
          <w:lang w:val="es-PE"/>
        </w:rPr>
        <w:t>PALABRAS CLAVE</w:t>
      </w:r>
    </w:p>
    <w:p w14:paraId="569523A3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[Palabra clave 1]; [Palabra clave 2]; [Palabra clave 3]; [Palabra clave 4]; [Palabra clave 5]; [Palabra clave 6]</w:t>
      </w:r>
    </w:p>
    <w:p w14:paraId="3284FB0F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t>Recomendación: utilizar entre 5 y 7 palabras clave, preferentemente términos específicos y normalizados que faciliten la indexación y recuperación del artículo.</w:t>
      </w:r>
    </w:p>
    <w:p w14:paraId="1CB3A133" w14:textId="480B71F2" w:rsidR="006C2C24" w:rsidRDefault="006C2C24" w:rsidP="006C2C24">
      <w:pPr>
        <w:jc w:val="center"/>
      </w:pPr>
      <w:r>
        <w:t xml:space="preserve">[Full title in English] </w:t>
      </w:r>
      <w:proofErr w:type="spellStart"/>
      <w:r>
        <w:t>letra</w:t>
      </w:r>
      <w:proofErr w:type="spellEnd"/>
      <w:r>
        <w:t xml:space="preserve"> 1</w:t>
      </w:r>
      <w:r>
        <w:t>4</w:t>
      </w:r>
    </w:p>
    <w:p w14:paraId="0C7918A8" w14:textId="77777777" w:rsidR="006C2C24" w:rsidRPr="006C2C24" w:rsidRDefault="006C2C24">
      <w:pPr>
        <w:spacing w:before="160"/>
        <w:rPr>
          <w:b/>
        </w:rPr>
      </w:pPr>
    </w:p>
    <w:p w14:paraId="32A035EF" w14:textId="4D3B41EA" w:rsidR="001141EF" w:rsidRPr="006C2C24" w:rsidRDefault="00000000">
      <w:pPr>
        <w:spacing w:before="160"/>
        <w:rPr>
          <w:lang w:val="es-PE"/>
        </w:rPr>
      </w:pPr>
      <w:r w:rsidRPr="006C2C24">
        <w:rPr>
          <w:b/>
          <w:lang w:val="es-PE"/>
        </w:rPr>
        <w:t>ABSTRACT</w:t>
      </w:r>
    </w:p>
    <w:p w14:paraId="4741D03D" w14:textId="77777777" w:rsidR="001141EF" w:rsidRPr="006C2C24" w:rsidRDefault="00000000">
      <w:pPr>
        <w:rPr>
          <w:lang w:val="es-PE"/>
        </w:rPr>
      </w:pPr>
      <w:r w:rsidRPr="006C2C24">
        <w:rPr>
          <w:lang w:val="es-PE"/>
        </w:rPr>
        <w:lastRenderedPageBreak/>
        <w:t>Debe corresponder fielmente al resumen en español y mantener la misma estructura conceptual: contexto/problema, objetivo, método, resultados y conclusiones/implicaciones.</w:t>
      </w:r>
    </w:p>
    <w:p w14:paraId="42DE99C3" w14:textId="77777777" w:rsidR="001141EF" w:rsidRDefault="00000000">
      <w:r>
        <w:t>[English abstract – maximum 500 words, unless the journal specifies otherwise.]</w:t>
      </w:r>
    </w:p>
    <w:p w14:paraId="70BDB35D" w14:textId="74EA8D02" w:rsidR="001141EF" w:rsidRDefault="00000000">
      <w:pPr>
        <w:spacing w:before="160"/>
      </w:pPr>
      <w:r>
        <w:rPr>
          <w:b/>
        </w:rPr>
        <w:t>KEYWORDS</w:t>
      </w:r>
    </w:p>
    <w:p w14:paraId="3896FBB5" w14:textId="77777777" w:rsidR="001141EF" w:rsidRDefault="00000000">
      <w:r>
        <w:t>[Keyword 1]; [Keyword 2]; [Keyword 3]; [Keyword 4]; [Keyword 5]; [Keyword 6]</w:t>
      </w:r>
    </w:p>
    <w:sectPr w:rsidR="001141EF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8907460">
    <w:abstractNumId w:val="8"/>
  </w:num>
  <w:num w:numId="2" w16cid:durableId="678581897">
    <w:abstractNumId w:val="6"/>
  </w:num>
  <w:num w:numId="3" w16cid:durableId="686098969">
    <w:abstractNumId w:val="5"/>
  </w:num>
  <w:num w:numId="4" w16cid:durableId="1811942551">
    <w:abstractNumId w:val="4"/>
  </w:num>
  <w:num w:numId="5" w16cid:durableId="1589994640">
    <w:abstractNumId w:val="7"/>
  </w:num>
  <w:num w:numId="6" w16cid:durableId="1311979637">
    <w:abstractNumId w:val="3"/>
  </w:num>
  <w:num w:numId="7" w16cid:durableId="1900675353">
    <w:abstractNumId w:val="2"/>
  </w:num>
  <w:num w:numId="8" w16cid:durableId="1681934447">
    <w:abstractNumId w:val="1"/>
  </w:num>
  <w:num w:numId="9" w16cid:durableId="4773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398D"/>
    <w:rsid w:val="001141EF"/>
    <w:rsid w:val="0015074B"/>
    <w:rsid w:val="0029639D"/>
    <w:rsid w:val="00326F90"/>
    <w:rsid w:val="006C2C24"/>
    <w:rsid w:val="0094103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9E28F13"/>
  <w14:defaultImageDpi w14:val="300"/>
  <w15:docId w15:val="{A8070B09-8CEE-4767-89B2-2B7B87A2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1B2D786C9BCF4F945C5BF8C832096A" ma:contentTypeVersion="10" ma:contentTypeDescription="Crear nuevo documento." ma:contentTypeScope="" ma:versionID="7d602c85234da09a5624b7a2d725ebb2">
  <xsd:schema xmlns:xsd="http://www.w3.org/2001/XMLSchema" xmlns:xs="http://www.w3.org/2001/XMLSchema" xmlns:p="http://schemas.microsoft.com/office/2006/metadata/properties" xmlns:ns2="17da756d-99ae-432b-b7ee-e2cf3e8c6b49" xmlns:ns3="bec81ad2-4609-4cb8-bb4c-5d7a8a849e6d" targetNamespace="http://schemas.microsoft.com/office/2006/metadata/properties" ma:root="true" ma:fieldsID="71921986c7cd62a5f5da910c0d10293d" ns2:_="" ns3:_="">
    <xsd:import namespace="17da756d-99ae-432b-b7ee-e2cf3e8c6b49"/>
    <xsd:import namespace="bec81ad2-4609-4cb8-bb4c-5d7a8a84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a756d-99ae-432b-b7ee-e2cf3e8c6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d611b69-d086-4bb6-bf37-dd4df741f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81ad2-4609-4cb8-bb4c-5d7a8a849e6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1c042-dd8c-4f13-ad86-12304e6b1140}" ma:internalName="TaxCatchAll" ma:showField="CatchAllData" ma:web="bec81ad2-4609-4cb8-bb4c-5d7a8a849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c81ad2-4609-4cb8-bb4c-5d7a8a849e6d" xsi:nil="true"/>
    <lcf76f155ced4ddcb4097134ff3c332f xmlns="17da756d-99ae-432b-b7ee-e2cf3e8c6b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BBCA09-C230-4EC2-9939-D5B7551BA5E4}"/>
</file>

<file path=customXml/itemProps3.xml><?xml version="1.0" encoding="utf-8"?>
<ds:datastoreItem xmlns:ds="http://schemas.openxmlformats.org/officeDocument/2006/customXml" ds:itemID="{B1210AB8-429A-4185-8520-4459F135247E}"/>
</file>

<file path=customXml/itemProps4.xml><?xml version="1.0" encoding="utf-8"?>
<ds:datastoreItem xmlns:ds="http://schemas.openxmlformats.org/officeDocument/2006/customXml" ds:itemID="{8E88C24D-EB85-4D97-B856-DAE12BEB5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AFRICA CALANCHEZ</cp:lastModifiedBy>
  <cp:revision>2</cp:revision>
  <dcterms:created xsi:type="dcterms:W3CDTF">2026-08-25T15:52:00Z</dcterms:created>
  <dcterms:modified xsi:type="dcterms:W3CDTF">2026-08-25T15:52:00Z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0x010100771B2D786C9BCF4F945C5BF8C832096A</vt:lpwstr>
  </property>
</Properties>
</file>